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C4E10" w14:textId="77777777" w:rsidR="004D4287" w:rsidRPr="00FD3EBC" w:rsidRDefault="00254467" w:rsidP="004D4287">
      <w:pPr>
        <w:spacing w:before="100" w:beforeAutospacing="1" w:after="100" w:afterAutospacing="1" w:line="240" w:lineRule="auto"/>
        <w:jc w:val="center"/>
        <w:rPr>
          <w:rStyle w:val="Heading1Char"/>
          <w:color w:val="auto"/>
        </w:rPr>
      </w:pPr>
      <w:proofErr w:type="spellStart"/>
      <w:r w:rsidRPr="00254467">
        <w:rPr>
          <w:rStyle w:val="Heading1Char"/>
          <w:color w:val="auto"/>
          <w:lang w:val="en-IN" w:eastAsia="en-IN" w:bidi="ta-IN"/>
        </w:rPr>
        <w:t>Dhivyabharathy</w:t>
      </w:r>
      <w:proofErr w:type="spellEnd"/>
      <w:r w:rsidR="00C437E7" w:rsidRPr="00FD3EBC">
        <w:rPr>
          <w:rStyle w:val="Heading1Char"/>
          <w:color w:val="auto"/>
        </w:rPr>
        <w:t xml:space="preserve"> </w:t>
      </w:r>
      <w:proofErr w:type="spellStart"/>
      <w:r w:rsidR="00C437E7" w:rsidRPr="00FD3EBC">
        <w:rPr>
          <w:rStyle w:val="Heading1Char"/>
          <w:color w:val="auto"/>
        </w:rPr>
        <w:t>Kaliyamoorthy</w:t>
      </w:r>
      <w:proofErr w:type="spellEnd"/>
    </w:p>
    <w:p w14:paraId="7F27D4DE" w14:textId="0721ECDF" w:rsidR="00D119D7" w:rsidRPr="00D119D7" w:rsidRDefault="00D119D7" w:rsidP="00D119D7">
      <w:pPr>
        <w:pStyle w:val="NoSpacing"/>
        <w:jc w:val="right"/>
        <w:rPr>
          <w:rStyle w:val="Subtle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119D7">
        <w:rPr>
          <w:rStyle w:val="Subtle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Villupuram, </w:t>
      </w:r>
      <w:proofErr w:type="spellStart"/>
      <w:r w:rsidRPr="00D119D7">
        <w:rPr>
          <w:rStyle w:val="Subtle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Tamilnadu</w:t>
      </w:r>
      <w:proofErr w:type="spellEnd"/>
      <w:r w:rsidRPr="00D119D7">
        <w:rPr>
          <w:rStyle w:val="Subtle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(India)</w:t>
      </w:r>
    </w:p>
    <w:p w14:paraId="2ADED290" w14:textId="36F8FD45" w:rsidR="00D119D7" w:rsidRPr="00D119D7" w:rsidRDefault="00254467" w:rsidP="00D119D7">
      <w:pPr>
        <w:pStyle w:val="NoSpacing"/>
        <w:jc w:val="right"/>
        <w:rPr>
          <w:rStyle w:val="Subtle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D119D7">
        <w:rPr>
          <w:rStyle w:val="SubtleEmphasis"/>
          <w:rFonts w:ascii="Times New Roman" w:hAnsi="Times New Roman" w:cs="Times New Roman"/>
          <w:i w:val="0"/>
          <w:iCs w:val="0"/>
          <w:color w:val="auto"/>
          <w:sz w:val="24"/>
          <w:szCs w:val="24"/>
          <w:lang w:bidi="ta-IN"/>
        </w:rPr>
        <w:t xml:space="preserve">Email: </w:t>
      </w:r>
      <w:r w:rsidR="00BA660A">
        <w:rPr>
          <w:rStyle w:val="SubtleEmphasis"/>
          <w:rFonts w:ascii="Times New Roman" w:hAnsi="Times New Roman" w:cs="Times New Roman"/>
          <w:i w:val="0"/>
          <w:iCs w:val="0"/>
          <w:color w:val="auto"/>
          <w:sz w:val="24"/>
          <w:szCs w:val="24"/>
          <w:lang w:bidi="ta-IN"/>
        </w:rPr>
        <w:t>bharathydhivya881</w:t>
      </w:r>
      <w:bookmarkStart w:id="0" w:name="_GoBack"/>
      <w:bookmarkEnd w:id="0"/>
      <w:r w:rsidRPr="00D119D7">
        <w:rPr>
          <w:rStyle w:val="SubtleEmphasis"/>
          <w:rFonts w:ascii="Times New Roman" w:hAnsi="Times New Roman" w:cs="Times New Roman"/>
          <w:i w:val="0"/>
          <w:iCs w:val="0"/>
          <w:color w:val="auto"/>
          <w:sz w:val="24"/>
          <w:szCs w:val="24"/>
          <w:lang w:bidi="ta-IN"/>
        </w:rPr>
        <w:t xml:space="preserve">@gmail.com </w:t>
      </w:r>
    </w:p>
    <w:p w14:paraId="74410DE6" w14:textId="3835BDF7" w:rsidR="00254467" w:rsidRPr="00254467" w:rsidRDefault="00254467" w:rsidP="00D119D7">
      <w:pPr>
        <w:pStyle w:val="NoSpacing"/>
        <w:jc w:val="right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D119D7">
        <w:rPr>
          <w:rStyle w:val="SubtleEmphasis"/>
          <w:rFonts w:ascii="Times New Roman" w:hAnsi="Times New Roman" w:cs="Times New Roman"/>
          <w:i w:val="0"/>
          <w:iCs w:val="0"/>
          <w:color w:val="auto"/>
          <w:sz w:val="24"/>
          <w:szCs w:val="24"/>
          <w:lang w:bidi="ta-IN"/>
        </w:rPr>
        <w:t>Phone: +91 9</w:t>
      </w:r>
      <w:r w:rsidR="00BA660A">
        <w:rPr>
          <w:rStyle w:val="SubtleEmphasis"/>
          <w:rFonts w:ascii="Times New Roman" w:hAnsi="Times New Roman" w:cs="Times New Roman"/>
          <w:i w:val="0"/>
          <w:iCs w:val="0"/>
          <w:color w:val="auto"/>
          <w:sz w:val="24"/>
          <w:szCs w:val="24"/>
          <w:lang w:bidi="ta-IN"/>
        </w:rPr>
        <w:t>360533538.</w:t>
      </w:r>
      <w:r w:rsidRPr="00254467">
        <w:rPr>
          <w:rStyle w:val="SubtleEmphasis"/>
          <w:lang w:val="en-IN" w:eastAsia="en-IN" w:bidi="ta-IN"/>
        </w:rPr>
        <w:br/>
      </w:r>
      <w:r w:rsidR="00B438DA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pict w14:anchorId="4EFFD52C">
          <v:rect id="_x0000_i1025" style="width:0;height:1.5pt" o:hralign="center" o:hrstd="t" o:hr="t" fillcolor="#a0a0a0" stroked="f"/>
        </w:pict>
      </w:r>
    </w:p>
    <w:p w14:paraId="7F488A73" w14:textId="77777777" w:rsidR="00C31102" w:rsidRDefault="00C31102" w:rsidP="00C31102">
      <w:pPr>
        <w:pStyle w:val="NoSpacing"/>
        <w:rPr>
          <w:b/>
          <w:bCs/>
          <w:u w:val="single"/>
          <w:lang w:val="en-IN" w:eastAsia="en-IN" w:bidi="ta-IN"/>
        </w:rPr>
      </w:pPr>
    </w:p>
    <w:p w14:paraId="0E9219D4" w14:textId="3E132393" w:rsidR="00C31102" w:rsidRPr="00AF6B34" w:rsidRDefault="00254467" w:rsidP="00C31102">
      <w:pPr>
        <w:pStyle w:val="NoSpacing"/>
        <w:rPr>
          <w:rFonts w:ascii="Times New Roman" w:hAnsi="Times New Roman" w:cs="Times New Roman"/>
          <w:sz w:val="24"/>
          <w:szCs w:val="24"/>
          <w:u w:val="single"/>
          <w:lang w:val="en-IN" w:eastAsia="en-IN" w:bidi="ta-IN"/>
        </w:rPr>
      </w:pPr>
      <w:r w:rsidRPr="00AF6B34">
        <w:rPr>
          <w:b/>
          <w:bCs/>
          <w:u w:val="single"/>
          <w:lang w:val="en-IN" w:eastAsia="en-IN" w:bidi="ta-IN"/>
        </w:rPr>
        <w:t>Objective</w:t>
      </w:r>
      <w:r w:rsidRPr="00AF6B34">
        <w:rPr>
          <w:u w:val="single"/>
          <w:lang w:val="en-IN" w:eastAsia="en-IN" w:bidi="ta-IN"/>
        </w:rPr>
        <w:br/>
      </w:r>
    </w:p>
    <w:p w14:paraId="6989CAF7" w14:textId="21651AA5" w:rsidR="005A70F7" w:rsidRPr="005A70F7" w:rsidRDefault="00254467" w:rsidP="00582C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To obtain a challenging position as an engineering professional where I can utilize my technical knowledge, analytical skills, and commitment to continuous improvement to contribute effectively to organizational success while advancing my professional growth.</w:t>
      </w:r>
    </w:p>
    <w:p w14:paraId="044EBBCD" w14:textId="77777777" w:rsidR="00254467" w:rsidRPr="00254467" w:rsidRDefault="00B438DA" w:rsidP="00D11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pict w14:anchorId="47A1E482">
          <v:rect id="_x0000_i1026" style="width:0;height:1.5pt" o:hralign="center" o:hrstd="t" o:hr="t" fillcolor="#a0a0a0" stroked="f"/>
        </w:pict>
      </w:r>
    </w:p>
    <w:p w14:paraId="3E9AEEF1" w14:textId="77777777" w:rsidR="005A70F7" w:rsidRPr="00AF6B34" w:rsidRDefault="00E92D34" w:rsidP="00E92D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Skill</w:t>
      </w:r>
      <w:r w:rsidR="005A6588" w:rsidRPr="00AF6B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 xml:space="preserve"> </w:t>
      </w:r>
      <w:r w:rsidRPr="00254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s</w:t>
      </w:r>
      <w:r w:rsidR="005A6588" w:rsidRPr="00AF6B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et</w:t>
      </w:r>
      <w:r w:rsidR="00C700E6" w:rsidRPr="00AF6B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 xml:space="preserve"> </w:t>
      </w:r>
    </w:p>
    <w:p w14:paraId="2F68DB15" w14:textId="6D0E44CB" w:rsidR="005A70F7" w:rsidRPr="00582C2D" w:rsidRDefault="005A70F7" w:rsidP="005A70F7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Knowledge of production processes, workflows, and manufacturing systems</w:t>
      </w:r>
    </w:p>
    <w:p w14:paraId="531CB932" w14:textId="267A33E1" w:rsidR="005A70F7" w:rsidRPr="00582C2D" w:rsidRDefault="005A70F7" w:rsidP="005A70F7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Process improvement (Lean, Six Sigma, Kaizen principles)</w:t>
      </w:r>
    </w:p>
    <w:p w14:paraId="72641F63" w14:textId="63778E95" w:rsidR="005A70F7" w:rsidRPr="00582C2D" w:rsidRDefault="005A70F7" w:rsidP="005A70F7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Understanding of quality control and inspection techniques</w:t>
      </w:r>
    </w:p>
    <w:p w14:paraId="71F1FE42" w14:textId="29597E12" w:rsidR="005A70F7" w:rsidRPr="00582C2D" w:rsidRDefault="005A70F7" w:rsidP="005A70F7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Basic troubleshooting and problem-solving in production lines</w:t>
      </w:r>
    </w:p>
    <w:p w14:paraId="7AD40C3E" w14:textId="496A9BE0" w:rsidR="005A70F7" w:rsidRPr="00582C2D" w:rsidRDefault="005A70F7" w:rsidP="005A70F7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Familiarity with production equipment and tools</w:t>
      </w:r>
    </w:p>
    <w:p w14:paraId="3371757D" w14:textId="3E57EF02" w:rsidR="005A70F7" w:rsidRPr="00582C2D" w:rsidRDefault="005A70F7" w:rsidP="005A70F7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Knowledge of 5S and workplace organization</w:t>
      </w:r>
    </w:p>
    <w:p w14:paraId="728551AE" w14:textId="59BD3FAF" w:rsidR="00582C2D" w:rsidRPr="00582C2D" w:rsidRDefault="005A70F7" w:rsidP="00582C2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Understanding of Health, Safety, and Environment (HSE) regulations</w:t>
      </w:r>
    </w:p>
    <w:p w14:paraId="694198E5" w14:textId="233FA263" w:rsidR="00582C2D" w:rsidRPr="00582C2D" w:rsidRDefault="00582C2D" w:rsidP="00582C2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82C2D">
        <w:rPr>
          <w:rFonts w:ascii="Times New Roman" w:hAnsi="Times New Roman" w:cs="Times New Roman"/>
          <w:sz w:val="24"/>
          <w:szCs w:val="24"/>
          <w:lang w:val="en-IN" w:eastAsia="en-IN" w:bidi="ta-IN"/>
        </w:rPr>
        <w:t>Data-driven decision making (daily reports, tracking yields, downtime analysis)</w:t>
      </w:r>
    </w:p>
    <w:p w14:paraId="2224A2C6" w14:textId="149373AB" w:rsidR="00582C2D" w:rsidRPr="005A70F7" w:rsidRDefault="00582C2D" w:rsidP="00582C2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82C2D">
        <w:rPr>
          <w:rFonts w:ascii="Times New Roman" w:hAnsi="Times New Roman" w:cs="Times New Roman"/>
          <w:sz w:val="24"/>
          <w:szCs w:val="24"/>
          <w:lang w:val="en-IN" w:eastAsia="en-IN" w:bidi="ta-IN"/>
        </w:rPr>
        <w:t>Root cause analysis and corrective action implementation</w:t>
      </w:r>
    </w:p>
    <w:p w14:paraId="00D9579F" w14:textId="6AC42129" w:rsidR="005A70F7" w:rsidRDefault="00B438DA" w:rsidP="00E92D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pict w14:anchorId="2D031833">
          <v:rect id="_x0000_i1027" style="width:0;height:1.5pt" o:hralign="center" o:hrstd="t" o:hr="t" fillcolor="#a0a0a0" stroked="f"/>
        </w:pict>
      </w:r>
    </w:p>
    <w:p w14:paraId="6E3F4E1C" w14:textId="1717A31D" w:rsidR="00E92D34" w:rsidRPr="00254467" w:rsidRDefault="00C700E6" w:rsidP="00E92D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IN" w:eastAsia="en-IN" w:bidi="ta-IN"/>
        </w:rPr>
      </w:pPr>
      <w:r w:rsidRPr="00AF6B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 xml:space="preserve">Tools </w:t>
      </w:r>
      <w:r w:rsidR="005A6588" w:rsidRPr="00AF6B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experience</w:t>
      </w:r>
    </w:p>
    <w:p w14:paraId="15C5A8A6" w14:textId="57AB9ED8" w:rsidR="005A6588" w:rsidRDefault="005A6588" w:rsidP="00E92D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MS</w:t>
      </w:r>
      <w:r w:rsidR="004E17DE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 xml:space="preserve"> Office tools</w:t>
      </w:r>
    </w:p>
    <w:p w14:paraId="79EB953F" w14:textId="77E2E85B" w:rsidR="00E92D34" w:rsidRPr="00254467" w:rsidRDefault="00E92D34" w:rsidP="005B010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 xml:space="preserve">Programming Languages: C, </w:t>
      </w:r>
      <w:r w:rsidR="004E17DE"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C++</w:t>
      </w:r>
      <w:r w:rsidR="004E17DE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, VB</w:t>
      </w:r>
    </w:p>
    <w:p w14:paraId="11CBAD35" w14:textId="3C559E88" w:rsidR="00E92D34" w:rsidRPr="00E92D34" w:rsidRDefault="00B438DA" w:rsidP="00E92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pict w14:anchorId="4DC08872">
          <v:rect id="_x0000_i1028" style="width:0;height:1.5pt" o:hralign="center" o:hrstd="t" o:hr="t" fillcolor="#a0a0a0" stroked="f"/>
        </w:pict>
      </w:r>
    </w:p>
    <w:p w14:paraId="5497D166" w14:textId="0893F6B1" w:rsidR="00254467" w:rsidRPr="00254467" w:rsidRDefault="00254467" w:rsidP="00254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Professional Experience</w:t>
      </w:r>
    </w:p>
    <w:p w14:paraId="233D020D" w14:textId="4E19B7AF" w:rsidR="00C700E6" w:rsidRDefault="00E47B85" w:rsidP="00E47B85">
      <w:pP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July 20</w:t>
      </w:r>
      <w:r w:rsidR="00D340F9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17</w:t>
      </w: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– July 20</w:t>
      </w:r>
      <w:r w:rsidR="00D340F9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ab/>
      </w:r>
      <w:r w:rsidR="00254467" w:rsidRPr="00254467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ta-IN"/>
        </w:rPr>
        <w:t>Process and Line Leader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ta-IN"/>
        </w:rPr>
        <w:tab/>
      </w:r>
      <w:r w:rsidR="00254467"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br/>
      </w:r>
      <w:proofErr w:type="spellStart"/>
      <w:r w:rsidR="00254467"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Syrma</w:t>
      </w:r>
      <w:proofErr w:type="spellEnd"/>
      <w:r w:rsidR="00254467"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 xml:space="preserve"> Technology </w:t>
      </w:r>
      <w:proofErr w:type="spellStart"/>
      <w:r w:rsidR="00254467"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Pvt.</w:t>
      </w:r>
      <w:proofErr w:type="spellEnd"/>
      <w:r w:rsidR="00254467"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 xml:space="preserve"> Ltd., Chennai</w:t>
      </w:r>
    </w:p>
    <w:p w14:paraId="655B9DDB" w14:textId="06C3CA95" w:rsidR="00D340F9" w:rsidRDefault="00D340F9" w:rsidP="00D34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 xml:space="preserve">August 2019-mar 2021          </w:t>
      </w:r>
      <w:r w:rsidRPr="00D340F9">
        <w:rPr>
          <w:rFonts w:ascii="Times New Roman" w:eastAsia="Times New Roman" w:hAnsi="Times New Roman" w:cs="Times New Roman"/>
          <w:b/>
          <w:sz w:val="24"/>
          <w:szCs w:val="24"/>
          <w:lang w:val="en-IN" w:eastAsia="en-IN" w:bidi="ta-IN"/>
        </w:rPr>
        <w:t xml:space="preserve">PCB </w:t>
      </w:r>
      <w:proofErr w:type="spellStart"/>
      <w:proofErr w:type="gramStart"/>
      <w:r w:rsidRPr="00D340F9">
        <w:rPr>
          <w:rFonts w:ascii="Times New Roman" w:eastAsia="Times New Roman" w:hAnsi="Times New Roman" w:cs="Times New Roman"/>
          <w:b/>
          <w:sz w:val="24"/>
          <w:szCs w:val="24"/>
          <w:lang w:val="en-IN" w:eastAsia="en-IN" w:bidi="ta-IN"/>
        </w:rPr>
        <w:t>designing,testing</w:t>
      </w:r>
      <w:proofErr w:type="gramEnd"/>
      <w:r w:rsidRPr="00D340F9">
        <w:rPr>
          <w:rFonts w:ascii="Times New Roman" w:eastAsia="Times New Roman" w:hAnsi="Times New Roman" w:cs="Times New Roman"/>
          <w:b/>
          <w:sz w:val="24"/>
          <w:szCs w:val="24"/>
          <w:lang w:val="en-IN" w:eastAsia="en-IN" w:bidi="ta-IN"/>
        </w:rPr>
        <w:t>,production</w:t>
      </w:r>
      <w:proofErr w:type="spellEnd"/>
      <w:r w:rsidRPr="00D340F9">
        <w:rPr>
          <w:rFonts w:ascii="Times New Roman" w:eastAsia="Times New Roman" w:hAnsi="Times New Roman" w:cs="Times New Roman"/>
          <w:b/>
          <w:sz w:val="24"/>
          <w:szCs w:val="24"/>
          <w:lang w:val="en-IN" w:eastAsia="en-IN" w:bidi="ta-IN"/>
        </w:rPr>
        <w:t xml:space="preserve"> work</w:t>
      </w:r>
      <w:r>
        <w:rPr>
          <w:rFonts w:ascii="Times New Roman" w:eastAsia="Times New Roman" w:hAnsi="Times New Roman" w:cs="Times New Roman"/>
          <w:b/>
          <w:sz w:val="24"/>
          <w:szCs w:val="24"/>
          <w:lang w:val="en-IN" w:eastAsia="en-IN" w:bidi="ta-IN"/>
        </w:rPr>
        <w:t>,</w:t>
      </w:r>
    </w:p>
    <w:p w14:paraId="4BA89B4D" w14:textId="37FD1E01" w:rsidR="00D340F9" w:rsidRPr="00D340F9" w:rsidRDefault="00D340F9" w:rsidP="00D34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 xml:space="preserve">                                               Agni controls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pvt,Ltd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,Chennai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.</w:t>
      </w:r>
    </w:p>
    <w:p w14:paraId="7CFC3954" w14:textId="18FF7D15" w:rsidR="00D340F9" w:rsidRDefault="00D340F9" w:rsidP="00D34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 xml:space="preserve">                                      </w:t>
      </w:r>
    </w:p>
    <w:p w14:paraId="057F4552" w14:textId="77777777" w:rsidR="00D340F9" w:rsidRDefault="00D340F9" w:rsidP="00C700E6">
      <w:pP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ta-IN"/>
        </w:rPr>
      </w:pPr>
    </w:p>
    <w:p w14:paraId="266939A3" w14:textId="6DC3A434" w:rsidR="00C700E6" w:rsidRPr="005A70F7" w:rsidRDefault="00C700E6" w:rsidP="00C700E6">
      <w:pPr>
        <w:spacing w:before="100" w:beforeAutospacing="1" w:after="100" w:afterAutospacing="1" w:line="240" w:lineRule="auto"/>
        <w:ind w:left="2880" w:hanging="2880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ta-IN"/>
        </w:rPr>
      </w:pPr>
      <w:r w:rsidRPr="005A70F7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ta-IN"/>
        </w:rPr>
        <w:lastRenderedPageBreak/>
        <w:t>Job Description:</w:t>
      </w:r>
    </w:p>
    <w:p w14:paraId="442DA06B" w14:textId="77777777" w:rsidR="005A70F7" w:rsidRDefault="00254467" w:rsidP="00582C2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Achieved daily production targets as per plan</w:t>
      </w:r>
    </w:p>
    <w:p w14:paraId="47A95695" w14:textId="77777777" w:rsidR="005A70F7" w:rsidRDefault="00254467" w:rsidP="00582C2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Conducted product analysis and managed process flow</w:t>
      </w:r>
    </w:p>
    <w:p w14:paraId="1025D9F7" w14:textId="77777777" w:rsidR="005A70F7" w:rsidRDefault="00254467" w:rsidP="00582C2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Resolved product-related issues independently</w:t>
      </w:r>
    </w:p>
    <w:p w14:paraId="4374804C" w14:textId="77777777" w:rsidR="005A70F7" w:rsidRDefault="00254467" w:rsidP="00582C2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Maintained 5S standards in the working area</w:t>
      </w:r>
    </w:p>
    <w:p w14:paraId="4F4F2AB3" w14:textId="12B53E0A" w:rsidR="00D340F9" w:rsidRPr="00D340F9" w:rsidRDefault="00254467" w:rsidP="00D340F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en-IN" w:eastAsia="en-IN" w:bidi="ta-IN"/>
        </w:rPr>
      </w:pPr>
      <w:r w:rsidRPr="005A70F7">
        <w:rPr>
          <w:rFonts w:ascii="Times New Roman" w:hAnsi="Times New Roman" w:cs="Times New Roman"/>
          <w:sz w:val="24"/>
          <w:szCs w:val="24"/>
          <w:lang w:val="en-IN" w:eastAsia="en-IN" w:bidi="ta-IN"/>
        </w:rPr>
        <w:t>Updated process and production records daily</w:t>
      </w:r>
    </w:p>
    <w:p w14:paraId="36EDDED0" w14:textId="77777777" w:rsidR="00254467" w:rsidRPr="00254467" w:rsidRDefault="00B438DA" w:rsidP="00254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pict w14:anchorId="1FDF79BE">
          <v:rect id="_x0000_i1029" style="width:0;height:1.5pt" o:hralign="center" o:hrstd="t" o:hr="t" fillcolor="#a0a0a0" stroked="f"/>
        </w:pict>
      </w:r>
    </w:p>
    <w:p w14:paraId="2EFCD899" w14:textId="77777777" w:rsidR="00E92D34" w:rsidRPr="00254467" w:rsidRDefault="00E92D34" w:rsidP="00E92D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Education</w:t>
      </w:r>
    </w:p>
    <w:p w14:paraId="350E3109" w14:textId="28CEFD9C" w:rsidR="00E92D34" w:rsidRPr="00254467" w:rsidRDefault="00E92D34" w:rsidP="00E92D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Bachelor of Engineering (Electronics and Communication Engineering)</w:t>
      </w: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br/>
        <w:t>IFET College of Engineering, Villupuram | Anna University, Chennai</w:t>
      </w:r>
      <w:r w:rsidR="008B483F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 xml:space="preserve"> (2012-2016)</w:t>
      </w:r>
    </w:p>
    <w:p w14:paraId="3B9BA9AA" w14:textId="77777777" w:rsidR="00E92D34" w:rsidRPr="00254467" w:rsidRDefault="00B438DA" w:rsidP="00E92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pict w14:anchorId="2B852C2F">
          <v:rect id="_x0000_i1030" style="width:0;height:1.5pt" o:hralign="center" o:hrstd="t" o:hr="t" fillcolor="#a0a0a0" stroked="f"/>
        </w:pict>
      </w:r>
    </w:p>
    <w:p w14:paraId="37092422" w14:textId="2357FAE4" w:rsidR="00254467" w:rsidRPr="00254467" w:rsidRDefault="00C5508C" w:rsidP="00254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IN" w:eastAsia="en-IN" w:bidi="ta-IN"/>
        </w:rPr>
      </w:pPr>
      <w:r w:rsidRPr="00C55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Strengths</w:t>
      </w:r>
    </w:p>
    <w:p w14:paraId="7CD0AE40" w14:textId="6CB9D983" w:rsidR="009B47C4" w:rsidRPr="00582C2D" w:rsidRDefault="009B47C4" w:rsidP="00582C2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582C2D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Strong communication skills</w:t>
      </w:r>
    </w:p>
    <w:p w14:paraId="58E0597A" w14:textId="18E3F8E8" w:rsidR="009B47C4" w:rsidRPr="00582C2D" w:rsidRDefault="00C74D2A" w:rsidP="00582C2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582C2D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Adaptability in fast-paced environments</w:t>
      </w:r>
    </w:p>
    <w:p w14:paraId="2421DDD5" w14:textId="77777777" w:rsidR="009B47C4" w:rsidRPr="00582C2D" w:rsidRDefault="00C74D2A" w:rsidP="00582C2D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582C2D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 xml:space="preserve">Attention to detail and quality mindset </w:t>
      </w:r>
    </w:p>
    <w:p w14:paraId="6BF2FB39" w14:textId="024B2C02" w:rsidR="00254467" w:rsidRPr="00254467" w:rsidRDefault="00B438DA" w:rsidP="00C7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pict w14:anchorId="48AC334D">
          <v:rect id="_x0000_i1031" style="width:0;height:1.5pt" o:hralign="center" o:hrstd="t" o:hr="t" fillcolor="#a0a0a0" stroked="f"/>
        </w:pict>
      </w:r>
    </w:p>
    <w:p w14:paraId="639C9797" w14:textId="77777777" w:rsidR="00254467" w:rsidRPr="00254467" w:rsidRDefault="00254467" w:rsidP="00254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Personal Details</w:t>
      </w:r>
    </w:p>
    <w:p w14:paraId="3903F7C3" w14:textId="77777777" w:rsidR="00254467" w:rsidRPr="00254467" w:rsidRDefault="00254467" w:rsidP="002544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Date of Birth: 25.10.1994</w:t>
      </w:r>
    </w:p>
    <w:p w14:paraId="333FD620" w14:textId="77777777" w:rsidR="00254467" w:rsidRPr="00254467" w:rsidRDefault="00254467" w:rsidP="002544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Languages Known: Tamil, English (read, write, speak)</w:t>
      </w:r>
    </w:p>
    <w:p w14:paraId="330651EF" w14:textId="77777777" w:rsidR="00254467" w:rsidRPr="00254467" w:rsidRDefault="00254467" w:rsidP="002544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Nationality: Indian</w:t>
      </w:r>
    </w:p>
    <w:p w14:paraId="1481FC2B" w14:textId="77777777" w:rsidR="00254467" w:rsidRDefault="00254467" w:rsidP="0025446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Hobbies: Reading books</w:t>
      </w:r>
    </w:p>
    <w:p w14:paraId="1A3FD2E5" w14:textId="4D792F63" w:rsidR="00BB5F1A" w:rsidRDefault="00BB5F1A" w:rsidP="00BB5F1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Areas of Interest: Wireless Communication, Digital Image Processing</w:t>
      </w:r>
    </w:p>
    <w:p w14:paraId="398308A9" w14:textId="7DCD8317" w:rsidR="00BB5F1A" w:rsidRDefault="00B438DA" w:rsidP="00BB5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pict w14:anchorId="72F00A71">
          <v:rect id="_x0000_i1032" style="width:0;height:1.5pt" o:hralign="center" o:hrstd="t" o:hr="t" fillcolor="#a0a0a0" stroked="f"/>
        </w:pict>
      </w:r>
    </w:p>
    <w:p w14:paraId="31905F84" w14:textId="1B5C284E" w:rsidR="00BB5F1A" w:rsidRPr="00457284" w:rsidRDefault="00BB5F1A" w:rsidP="00BB5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Achievements</w:t>
      </w:r>
    </w:p>
    <w:p w14:paraId="30BCDCE8" w14:textId="4312BA8B" w:rsidR="00B27448" w:rsidRPr="00F36A42" w:rsidRDefault="00F36A42" w:rsidP="00F36A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F36A42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Achieved Zero Defect Days</w:t>
      </w:r>
    </w:p>
    <w:p w14:paraId="102C4313" w14:textId="7CB24332" w:rsidR="00F36A42" w:rsidRPr="00F36A42" w:rsidRDefault="00F36A42" w:rsidP="00F36A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F36A42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Implemented 5S Successfully</w:t>
      </w:r>
    </w:p>
    <w:p w14:paraId="7EAD9497" w14:textId="4E1EFA25" w:rsidR="00F36A42" w:rsidRPr="00F36A42" w:rsidRDefault="00F36A42" w:rsidP="00F36A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F36A42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Cost Savings</w:t>
      </w:r>
    </w:p>
    <w:p w14:paraId="2ECC5BFB" w14:textId="17DB6CD8" w:rsidR="00F36A42" w:rsidRPr="00254467" w:rsidRDefault="00F36A42" w:rsidP="00F36A4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F36A42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Increased Production Efficiency</w:t>
      </w:r>
    </w:p>
    <w:p w14:paraId="4FA0CF57" w14:textId="77777777" w:rsidR="00BB5F1A" w:rsidRPr="00254467" w:rsidRDefault="00B438DA" w:rsidP="00BB5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pict w14:anchorId="4F1D4943">
          <v:rect id="_x0000_i1033" style="width:0;height:1.5pt" o:hralign="center" o:hrstd="t" o:hr="t" fillcolor="#a0a0a0" stroked="f"/>
        </w:pict>
      </w:r>
    </w:p>
    <w:p w14:paraId="673F28A6" w14:textId="77777777" w:rsidR="00BB5F1A" w:rsidRPr="00254467" w:rsidRDefault="00BB5F1A" w:rsidP="00BB5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Co-Curricular Activities</w:t>
      </w:r>
    </w:p>
    <w:p w14:paraId="7D0765A8" w14:textId="77777777" w:rsidR="00BB5F1A" w:rsidRPr="00254467" w:rsidRDefault="00BB5F1A" w:rsidP="00BB5F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Organized national-level technical symposiums</w:t>
      </w:r>
    </w:p>
    <w:p w14:paraId="1FD3D9D1" w14:textId="77777777" w:rsidR="00BB5F1A" w:rsidRPr="00254467" w:rsidRDefault="00BB5F1A" w:rsidP="00BB5F1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 w:rsidRPr="00254467"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t>Coordinated various college functions</w:t>
      </w:r>
    </w:p>
    <w:p w14:paraId="59B3B5E4" w14:textId="77777777" w:rsidR="00254467" w:rsidRPr="00254467" w:rsidRDefault="00B438DA" w:rsidP="002544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 w:bidi="ta-IN"/>
        </w:rPr>
        <w:lastRenderedPageBreak/>
        <w:pict w14:anchorId="1138FF92">
          <v:rect id="_x0000_i1034" style="width:0;height:1.5pt" o:hralign="center" o:hrstd="t" o:hr="t" fillcolor="#a0a0a0" stroked="f"/>
        </w:pict>
      </w:r>
    </w:p>
    <w:p w14:paraId="3B15CC2C" w14:textId="77777777" w:rsidR="00457284" w:rsidRPr="00457284" w:rsidRDefault="00254467" w:rsidP="00457284">
      <w:pPr>
        <w:spacing w:before="100" w:beforeAutospacing="1" w:after="100" w:afterAutospacing="1" w:line="240" w:lineRule="auto"/>
        <w:rPr>
          <w:u w:val="single"/>
          <w:lang w:val="en-IN" w:eastAsia="en-IN" w:bidi="ta-IN"/>
        </w:rPr>
      </w:pPr>
      <w:r w:rsidRPr="004572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IN" w:eastAsia="en-IN" w:bidi="ta-IN"/>
        </w:rPr>
        <w:t>Declaration</w:t>
      </w:r>
      <w:r w:rsidRPr="00457284">
        <w:rPr>
          <w:u w:val="single"/>
          <w:lang w:val="en-IN" w:eastAsia="en-IN" w:bidi="ta-IN"/>
        </w:rPr>
        <w:br/>
      </w:r>
    </w:p>
    <w:p w14:paraId="615E9E63" w14:textId="446D95BA" w:rsidR="0067379A" w:rsidRPr="00254467" w:rsidRDefault="00254467" w:rsidP="00457284">
      <w:pPr>
        <w:spacing w:before="100" w:beforeAutospacing="1" w:after="100" w:afterAutospacing="1" w:line="240" w:lineRule="auto"/>
        <w:rPr>
          <w:lang w:val="en-IN"/>
        </w:rPr>
      </w:pPr>
      <w:r w:rsidRPr="00254467">
        <w:rPr>
          <w:lang w:val="en-IN" w:eastAsia="en-IN" w:bidi="ta-IN"/>
        </w:rPr>
        <w:t>I hereby declare that all the particulars given above are true to the best of my knowledge and belief.</w:t>
      </w:r>
    </w:p>
    <w:sectPr w:rsidR="0067379A" w:rsidRPr="00254467" w:rsidSect="00F36A42">
      <w:pgSz w:w="12240" w:h="15840"/>
      <w:pgMar w:top="987" w:right="1800" w:bottom="1440" w:left="1800" w:header="720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D35F2" w14:textId="77777777" w:rsidR="00B438DA" w:rsidRDefault="00B438DA" w:rsidP="00F36A42">
      <w:pPr>
        <w:spacing w:after="0" w:line="240" w:lineRule="auto"/>
      </w:pPr>
      <w:r>
        <w:separator/>
      </w:r>
    </w:p>
  </w:endnote>
  <w:endnote w:type="continuationSeparator" w:id="0">
    <w:p w14:paraId="1A40A58B" w14:textId="77777777" w:rsidR="00B438DA" w:rsidRDefault="00B438DA" w:rsidP="00F3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5B401" w14:textId="77777777" w:rsidR="00B438DA" w:rsidRDefault="00B438DA" w:rsidP="00F36A42">
      <w:pPr>
        <w:spacing w:after="0" w:line="240" w:lineRule="auto"/>
      </w:pPr>
      <w:r>
        <w:separator/>
      </w:r>
    </w:p>
  </w:footnote>
  <w:footnote w:type="continuationSeparator" w:id="0">
    <w:p w14:paraId="649FEE8C" w14:textId="77777777" w:rsidR="00B438DA" w:rsidRDefault="00B438DA" w:rsidP="00F36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EE2456"/>
    <w:multiLevelType w:val="multilevel"/>
    <w:tmpl w:val="6E8E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EF6104"/>
    <w:multiLevelType w:val="multilevel"/>
    <w:tmpl w:val="5A16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5F0C71"/>
    <w:multiLevelType w:val="multilevel"/>
    <w:tmpl w:val="157A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3B7C47"/>
    <w:multiLevelType w:val="multilevel"/>
    <w:tmpl w:val="155E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CE72BE"/>
    <w:multiLevelType w:val="multilevel"/>
    <w:tmpl w:val="6682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6A3264"/>
    <w:multiLevelType w:val="multilevel"/>
    <w:tmpl w:val="B5DA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E60504"/>
    <w:multiLevelType w:val="hybridMultilevel"/>
    <w:tmpl w:val="1E70EF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727348"/>
    <w:multiLevelType w:val="multilevel"/>
    <w:tmpl w:val="AEFE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B37328"/>
    <w:multiLevelType w:val="hybridMultilevel"/>
    <w:tmpl w:val="1938CE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D2753"/>
    <w:multiLevelType w:val="hybridMultilevel"/>
    <w:tmpl w:val="BF0836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A7A11"/>
    <w:multiLevelType w:val="hybridMultilevel"/>
    <w:tmpl w:val="811E01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50974"/>
    <w:multiLevelType w:val="multilevel"/>
    <w:tmpl w:val="9C68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C35C2F"/>
    <w:multiLevelType w:val="multilevel"/>
    <w:tmpl w:val="7C34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6"/>
  </w:num>
  <w:num w:numId="12">
    <w:abstractNumId w:val="13"/>
  </w:num>
  <w:num w:numId="13">
    <w:abstractNumId w:val="20"/>
  </w:num>
  <w:num w:numId="14">
    <w:abstractNumId w:val="10"/>
  </w:num>
  <w:num w:numId="15">
    <w:abstractNumId w:val="12"/>
  </w:num>
  <w:num w:numId="16">
    <w:abstractNumId w:val="9"/>
  </w:num>
  <w:num w:numId="17">
    <w:abstractNumId w:val="14"/>
  </w:num>
  <w:num w:numId="18">
    <w:abstractNumId w:val="21"/>
  </w:num>
  <w:num w:numId="19">
    <w:abstractNumId w:val="15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A54"/>
    <w:rsid w:val="0006063C"/>
    <w:rsid w:val="000D04FA"/>
    <w:rsid w:val="0015074B"/>
    <w:rsid w:val="00241EDB"/>
    <w:rsid w:val="00254467"/>
    <w:rsid w:val="00271DAE"/>
    <w:rsid w:val="0029639D"/>
    <w:rsid w:val="00326F90"/>
    <w:rsid w:val="003643A5"/>
    <w:rsid w:val="004252F3"/>
    <w:rsid w:val="00457284"/>
    <w:rsid w:val="004D4287"/>
    <w:rsid w:val="004E17DE"/>
    <w:rsid w:val="00582C2D"/>
    <w:rsid w:val="005A6588"/>
    <w:rsid w:val="005A70F7"/>
    <w:rsid w:val="005B0108"/>
    <w:rsid w:val="0067379A"/>
    <w:rsid w:val="008B483F"/>
    <w:rsid w:val="009B47C4"/>
    <w:rsid w:val="00AA1D8D"/>
    <w:rsid w:val="00AF6B34"/>
    <w:rsid w:val="00B26313"/>
    <w:rsid w:val="00B27448"/>
    <w:rsid w:val="00B438DA"/>
    <w:rsid w:val="00B47730"/>
    <w:rsid w:val="00B724BA"/>
    <w:rsid w:val="00BA660A"/>
    <w:rsid w:val="00BB5F1A"/>
    <w:rsid w:val="00BE3E73"/>
    <w:rsid w:val="00BF026A"/>
    <w:rsid w:val="00C31102"/>
    <w:rsid w:val="00C437E7"/>
    <w:rsid w:val="00C47F07"/>
    <w:rsid w:val="00C5508C"/>
    <w:rsid w:val="00C700E6"/>
    <w:rsid w:val="00C74D2A"/>
    <w:rsid w:val="00CB0664"/>
    <w:rsid w:val="00D119D7"/>
    <w:rsid w:val="00D340F9"/>
    <w:rsid w:val="00E47B85"/>
    <w:rsid w:val="00E560B8"/>
    <w:rsid w:val="00E92D34"/>
    <w:rsid w:val="00EF44FA"/>
    <w:rsid w:val="00F36A42"/>
    <w:rsid w:val="00FC693F"/>
    <w:rsid w:val="00FD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4062061"/>
  <w14:defaultImageDpi w14:val="300"/>
  <w15:docId w15:val="{5094D246-F2AA-4465-ABFA-E0435FDE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66C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4C27F2-C155-45A8-AC63-C9D792FE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X40-J</cp:lastModifiedBy>
  <cp:revision>2</cp:revision>
  <dcterms:created xsi:type="dcterms:W3CDTF">2026-05-11T11:20:00Z</dcterms:created>
  <dcterms:modified xsi:type="dcterms:W3CDTF">2026-05-11T11:20:00Z</dcterms:modified>
  <cp:category/>
</cp:coreProperties>
</file>